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du signal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Ghorbanzadeh, Dariush/ Point; Nelly/ Marry, Pierre/ Pichod-Viale, Denise/ Reinhard,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9782100519361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Mathématique du signal/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s'ouvre sur un rappel des notions, théorèmes et notations les plus utilisés. Deux types d'exercices, dont beaucoup sont nouveaux dans cette 3e édition, sont ensuite proposés : certains visent au maniement intellectuel des concepts fondamentaux, d'autres à l'utilisation de ces concepts dans le cadre d'applications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