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le DEUG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Liret; François/ Martinais; Dominique/ Zisman,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210003149X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Etude des séries numériques, des séries de fonctions, de la dérivation et de l'intégration des fonctions de plusieurs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