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Modélisation et analyse des systèmes linéaires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Dorléans; Philippe/ Chèze, Claude/ Massieu; Jean-François/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Technosup(N°:None)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2729898220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système linéaire/ </w:t>
            </w:r>
          </w:p>
        </w:tc>
      </w:tr>
    </w:tbl>
    <w:p>
      <w:pPr>
        <w:pStyle w:val="Heading3"/>
      </w:pPr>
      <w:r>
        <w:t>Résumé :</w:t>
      </w:r>
    </w:p>
    <w:p>
      <w:r>
        <w:t>Un guide méthodologique contenant tous les outils de base nécessaires à la modélisation et à l'analyse des systèmes continus et échantillonnés. Deux approches sont proposées : l'une fréquentielle pour les systèmes échantillonnés, et l'autre temporelle, par représentation d'état. Les méthodes sont illustrées par de multiples exemples et des exercices résolus. Niveau maitrise et écoles d'ingénieurs.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