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Freslon; Julien/ Poineau; Jérôme/ 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9782100534241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incontournable/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va vous faire découvrir ces exercices et vous dévoiler leurs méthodes de résolution. Pour chaque exercice, vous trouverez : La méthode de résolution expliquée et commentée étape par étape, Le corrigé détaillé                       rédigé, Les astuces à retenir et les pièges à éviter.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