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Licence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Maumy-Bertrand; Myriam/ Bertrand; Frédéric/ Rabba Idi; Yacoubou/ Fredon, Daniel/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9782100754205</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w:t>
            </w:r>
          </w:p>
        </w:tc>
      </w:tr>
    </w:tbl>
    <w:p>
      <w:pPr>
        <w:pStyle w:val="Heading3"/>
      </w:pPr>
      <w:r>
        <w:t>Résumé :</w:t>
      </w:r>
    </w:p>
    <w:p>
      <w:r>
        <w:t>Cet ouvrage propose aux étudiants en Licence 2 de Mathématiques ou de Physique une méthode efficace et progressive   pour apprendre, comprendre et appliquer les concepts fondamentaux de mathématiques. Associés à des rappels de cours clairs et concis, sous forme de fiches, 200 QCM et 200 exercices de difficulté croissante permettent de s'évaluer et de s'entraîner aux examens et concours. Les corrigés détaillés mettent l'accent sur la méthode de résolution.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