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Mathématiques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Fredon, Daniel/ Freslon; Julien/ Poineau; Jérôme/ Morin; Claude/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361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J'intègre(N°:None)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9782100534296</w:t>
            </w:r>
          </w:p>
        </w:tc>
      </w:tr>
      <w:tr>
        <w:trPr>
          <w:trHeight w:val="567"/>
        </w:trPr>
        <w:tc>
          <w:tcPr>
            <w:tcW w:type="dxa" w:w="3000"/>
          </w:tcPr>
          <w:p>
            <w:r>
              <w:t>Thème</w:t>
            </w:r>
          </w:p>
        </w:tc>
        <w:tc>
          <w:tcPr>
            <w:tcW w:type="dxa" w:w="7000"/>
          </w:tcPr>
          <w:p>
            <w:r>
              <w:t>mathématique</w:t>
            </w:r>
          </w:p>
        </w:tc>
      </w:tr>
      <w:tr>
        <w:trPr>
          <w:trHeight w:val="567"/>
        </w:trPr>
        <w:tc>
          <w:tcPr>
            <w:tcW w:type="dxa" w:w="3000"/>
          </w:tcPr>
          <w:p>
            <w:r>
              <w:t>Classification(s)</w:t>
            </w:r>
          </w:p>
        </w:tc>
        <w:tc>
          <w:tcPr>
            <w:tcW w:type="dxa" w:w="7000"/>
          </w:tcPr>
          <w:p>
            <w:r>
              <w:t xml:space="preserve">Principes généraux des mathématiques/ </w:t>
            </w:r>
          </w:p>
        </w:tc>
      </w:tr>
      <w:tr>
        <w:trPr>
          <w:trHeight w:val="567"/>
        </w:trPr>
        <w:tc>
          <w:tcPr>
            <w:tcW w:type="dxa" w:w="3000"/>
          </w:tcPr>
          <w:p>
            <w:r>
              <w:t>Sujet(s)</w:t>
            </w:r>
          </w:p>
        </w:tc>
        <w:tc>
          <w:tcPr>
            <w:tcW w:type="dxa" w:w="7000"/>
          </w:tcPr>
          <w:p>
            <w:r>
              <w:t xml:space="preserve">mathématiques/ </w:t>
            </w:r>
          </w:p>
        </w:tc>
      </w:tr>
    </w:tbl>
    <w:p>
      <w:pPr>
        <w:pStyle w:val="Heading3"/>
      </w:pPr>
      <w:r>
        <w:t>Résumé :</w:t>
      </w:r>
    </w:p>
    <w:p>
      <w:r>
        <w:t>Vous avez besoin d'accompagnement pour appliquer votre cours de mathématiques ? Vous voulez être à l'aise face à tout exercice ? La clé de la réussite est de bien maîtriser les exercices incontournables du programme. Cet ouvrage va vous faire découvrir ces exercices et vous dévoiler leurs méthodes de résolution. Pour chaque exercice, vous trouverez : La méthode de résolution expliquée et commentée étape par étape, Le corrigé détaillé rédigé, Les astuces à retenir et les pièges à éviter.</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