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organique, rappels de cours et exercices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Gruia; Maria/ Polisset; Michèle/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272988968X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S'adresse plus particulièrement aux étudiants du PCEM, de pharmacie, des DEUG A et B et des IUT qui étudient la chimie organique. Pour chaque chapitre, de brefs rappels de cours, suivis d'exercices.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