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Polisset, Michèle/ Gruia, 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2729893040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et théorique/ chimie générale/ </w:t>
            </w:r>
          </w:p>
        </w:tc>
      </w:tr>
    </w:tbl>
    <w:p>
      <w:pPr>
        <w:pStyle w:val="Heading3"/>
      </w:pPr>
      <w:r>
        <w:t>Résumé :</w:t>
      </w:r>
    </w:p>
    <w:p>
      <w:r>
        <w:t>Le livre Chimie générale : Rappels de cours et exercices corrigés de Marie Gruia est conçu pour les étudiants en PCEM, Pharmacie, DEUG (A et B) et IUT étudiant la chimie générale. Chaque chapitre propose un rappel de cours mettant l'accent sur les aspects essentiels pour résoudre les problèmes et exercices. Les thèmes abordés incluent la structure et la géométrie des molécules, la thermodynamique et la cinétique des réactions chimiques, ainsi que les équilibres chimiques, ioniques et d'oxydo-réduction. Une particularité de cet ouvrage est que les exercices corrigés sont exclusivement issus de sujets de concours des CHU et des Facultés de Pharmacie de la région parisienne.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