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Diffraction des rayons X sur échantillons polycristallins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Guinebretière,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331-358.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2746212382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radiocristallographie/ analyse/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la deuxiéme édition d'une présentation détaillée du phénomene de diffraction des rayons x par des échantillons polyciristallins et de la plupart de ses applications en science des matériaux. Dans deusiéme partie , ce livre traite de l'étude quantitative par diffractio des rayans Xde la microstructure des matériaux monstructurés.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