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accumulateurs électrochimiques au plomb et au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Glaize, Christian/ Geniès,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9782746232105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accumulateur électrochimique/ </w:t>
            </w:r>
          </w:p>
        </w:tc>
      </w:tr>
    </w:tbl>
    <w:p>
      <w:pPr>
        <w:pStyle w:val="Heading3"/>
      </w:pPr>
      <w:r>
        <w:t>Résumé :</w:t>
      </w:r>
    </w:p>
    <w:p>
      <w:r>
        <w:t>Description de deux des technologies d'accumulateurs encore très présentes de nos jours : celles utilisant le plomb (accumulateurs plomb-acide) et celles utilisant le nickel : nickel-cadmium (NiCd), nickel métal hydrure (NiMH). Présentation des phénomènes électrochimiques et chimiques fondamentaux mis en jeu, et des critères économiques lors du choix entre les différentes possibilités de stockage.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