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Gardarin,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2212112815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bases de données/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Les bases de données jouent un rôle sans cesse croissant dans les systèmes d'information d'entreprise, qu'il s'agisse d'applications de gestion traditionnelles (comptabilité, ventes, décisionnel...) ou d'applications intranet, e-commerce ou de gestion de la relation client. Comprendre les principes des bases de données, les langages d'interrogation et de mise à jour, les techniques d'optimisation et de contrôle des requêtes, les méthodes de conception et la gestion des transactions devient une nécessité pour tous les professionnels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