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structures de données 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hamed, L/ Hocine;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9961006305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structure de donnée/ </w:t>
            </w:r>
          </w:p>
        </w:tc>
      </w:tr>
    </w:tbl>
    <w:p>
      <w:pPr>
        <w:pStyle w:val="Heading3"/>
      </w:pPr>
      <w:r>
        <w:t>Résumé :</w:t>
      </w:r>
    </w:p>
    <w:p>
      <w:r>
        <w:t>Ce manuel offre une introduction aux concepts fondamentaux de l'algorithmique et des structures de données statiques. Il est structuré pour guider progressivement le lecteur à travers les bases de l'algorithmique, en mettant l'accent sur les structures de données telles que les tableaux et les enregistrements. Chaque chapitre est accompagné d'exercices pratiques avec solutions détaillées, permettant aux étudiants de renforcer leur compréhension et d'appliquer les concepts appris.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