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licence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Lion,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nombre réel/ arithmétique/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Cours et 320 problèmes corrigés, axés sur le programme du DEUG SM/MIAS, concernant l'arithmétique, les groupes, les formes quadratiques et les anneaux. Une série de questions-tests sont présentées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