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théorique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Lafourcade, Pascal/ Lévy, Michel/ Desvismes, Stéphane/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x 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207-209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9782729872298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raisonnement/ logique (mathématiques)/ </w:t>
            </w:r>
          </w:p>
        </w:tc>
      </w:tr>
    </w:tbl>
    <w:p>
      <w:pPr>
        <w:pStyle w:val="Heading3"/>
      </w:pPr>
      <w:r>
        <w:t>Résumé :</w:t>
      </w:r>
    </w:p>
    <w:p>
      <w:r>
        <w:t>Le livre "Informatique théorique - Logique et démonstration automatique : Introduction à la logique propositionnelle et à la logique du premier ordre", coécrit par Pascal Lafourcade, Michel Lévy et Stéphane Devismes, est destiné principalement aux étudiants des premiers cycles scientifiques. Il propose une étude de la logique classique à deux valeurs de vérité, renforçant ainsi la rigueur de raisonnement des lecteurs. L'ouvrage comprend de nombreux exercices corrigés, permettant aux étudiants de consolider leur compréhension des concepts abordés.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