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d'algorithmique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Franck, Lepoivre/ Nicolas, Sicard/ Flasque, Nicolas/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19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9782100556038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algébre/ programmation/ arithmétique/ </w:t>
            </w:r>
          </w:p>
        </w:tc>
      </w:tr>
    </w:tbl>
    <w:p>
      <w:pPr>
        <w:pStyle w:val="Heading3"/>
      </w:pPr>
      <w:r>
        <w:t>Résumé :</w:t>
      </w:r>
    </w:p>
    <w:p>
      <w:r>
        <w:t>Présentant les principes du calcul scientifique et des méthodes numériques appliqués aux sciences de l'ingénieur. Il aborde l'élaboration des algorithmes mis en oeuvre dans les programmes de calcul. Il contient des rappels de cours, des exercices et problèmes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