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Benabadji, Nour Eddine/ Belbachir, Ahmed Hafid/ Bachiri, Nour El Islam/ </w:t>
            </w:r>
          </w:p>
        </w:tc>
      </w:tr>
      <w:tr>
        <w:trPr>
          <w:trHeight w:val="567"/>
        </w:trPr>
        <w:tc>
          <w:tcPr>
            <w:tcW w:type="dxa" w:w="3000"/>
          </w:tcPr>
          <w:p>
            <w:r>
              <w:t>Adresse bib.</w:t>
            </w:r>
          </w:p>
        </w:tc>
        <w:tc>
          <w:tcPr>
            <w:tcW w:type="dxa" w:w="7000"/>
          </w:tcPr>
          <w:p>
            <w:r>
              <w:t xml:space="preserve">Dar houma/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Numéro d'Identification</w:t>
            </w:r>
          </w:p>
        </w:tc>
        <w:tc>
          <w:tcPr>
            <w:tcW w:type="dxa" w:w="7000"/>
          </w:tcPr>
          <w:p>
            <w:r>
              <w:t>9961665007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microordinateur/ logique propositionnelle/ </w:t>
            </w:r>
          </w:p>
        </w:tc>
      </w:tr>
    </w:tbl>
    <w:p>
      <w:pPr>
        <w:pStyle w:val="Heading3"/>
      </w:pPr>
      <w:r>
        <w:t>Résumé :</w:t>
      </w:r>
    </w:p>
    <w:p>
      <w:r>
        <w:t>Le livre "Analyse numérique - Algorithme et étude mathématique" de Francis Filbet est conçu pour les étudiants de troisième année de Licence, de première année de Master ou pour les élèves des écoles d'ingénieurs. Il constitue également une excellente préparation à l'option calcul scientifique de l'agrégation. L'objectif de cet ouvrage est d'introduire le lecteur à la modélisation mathématique et à la simulation numérique. Le cours présente les outils de base permettant de résoudre numériquement des problèmes issus de la physique, de la biologie ou de l'ingénierie. En fin de chapitre, des exercices corrigés permettent de mettre en uvre les concepts à partir de cas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