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Equations aux dérivées partielles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2100000845</w:t>
            </w:r>
          </w:p>
        </w:tc>
      </w:tr>
      <w:tr>
        <w:trPr>
          <w:trHeight w:val="567"/>
        </w:trPr>
        <w:tc>
          <w:tcPr>
            <w:tcW w:type="dxa" w:w="3000"/>
          </w:tcPr>
          <w:p>
            <w:r>
              <w:t>Sujet(s)</w:t>
            </w:r>
          </w:p>
        </w:tc>
        <w:tc>
          <w:tcPr>
            <w:tcW w:type="dxa" w:w="7000"/>
          </w:tcPr>
          <w:p>
            <w:r>
              <w:t xml:space="preserve">mathématique/ dérivée partielle/ </w:t>
            </w:r>
          </w:p>
        </w:tc>
      </w:tr>
    </w:tbl>
    <w:p>
      <w:pPr>
        <w:pStyle w:val="Heading3"/>
      </w:pPr>
      <w:r>
        <w:t>Résumé :</w:t>
      </w:r>
    </w:p>
    <w:p>
      <w:r>
        <w:t>Equations aux dérivées partielles  est un ouvrage technique destiné aux étudiants et chercheurs en mathématiques et en physique. Il traite des équations différentielles qui impliquent des dérivées partielles, un domaine essentiel dans la modélisation de phénomènes physiques complexes comme la diffusion, la chaleur, les vibrations ou l'électromagnétisme.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