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SEM 300 par ses examens.T1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Hazi;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O.P.U/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313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9961007301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analyse/ </w:t>
            </w:r>
          </w:p>
        </w:tc>
      </w:tr>
    </w:tbl>
    <w:p>
      <w:pPr>
        <w:pStyle w:val="Heading3"/>
      </w:pPr>
      <w:r>
        <w:t>Résumé :</w:t>
      </w:r>
    </w:p>
    <w:p>
      <w:r>
        <w:t>Ce livre est le premier tome d’un ouvrage qui en compte deux. Fort de 74 sujets d’examen dont 41 corrigés, il étale une grande partie du programme du certificat S.E.M 300.on y trouve du côté analyse : Propriétés de la droite réelle, suites numériques, étude de fonctions réelles d’une variable réelle : continuité, dérivabilité, (et théorèmes fondamentaux s’y rattachant), calcul de primitives, développements limités et équations différentielles. Du côté Algèbre on y trouve : Relations, structures algébriques, nombres complexes, polynômes, fractions rationnelles et espaces vectoriels. Il est destiné aux étudiants de première année des universités et grandes écoles scientifiques.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