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Lelong-Ferrand, Jacqueline/ Arnaudiès,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éd.(nouveau tirage)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2040071350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cours rendre service à tous ceux qui désirent acquérir rapidement une connaissance sérieuse de l'analyse. a ce titre, il pourra aider les condidats à l'agrégation et les proffesseurs de lycée qui veulent garder le contact avec l'université.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