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Bien commencer ses études supérieures en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Lemberg,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2711762092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Destiné aux bacheliers qui veulent poursuivre des études supérieures scientifiques, ce livre contient tous les ingrédients d'une parfaite mise à niveau.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