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Tables numériques de fonctions élémentaires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Kuntzmann, J/ Laborde, J/ </w:t>
            </w:r>
          </w:p>
        </w:tc>
      </w:tr>
      <w:tr>
        <w:trPr>
          <w:trHeight w:val="567"/>
        </w:trPr>
        <w:tc>
          <w:tcPr>
            <w:tcW w:type="dxa" w:w="3000"/>
          </w:tcPr>
          <w:p>
            <w:r>
              <w:t>Edition</w:t>
            </w:r>
          </w:p>
        </w:tc>
        <w:tc>
          <w:tcPr>
            <w:tcW w:type="dxa" w:w="7000"/>
          </w:tcPr>
          <w:p>
            <w:r>
              <w:t>2ème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XXXVIII-169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23 cm</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Principes généraux des mathématiques/ </w:t>
            </w:r>
          </w:p>
        </w:tc>
      </w:tr>
      <w:tr>
        <w:trPr>
          <w:trHeight w:val="567"/>
        </w:trPr>
        <w:tc>
          <w:tcPr>
            <w:tcW w:type="dxa" w:w="3000"/>
          </w:tcPr>
          <w:p>
            <w:r>
              <w:t>Sujet(s)</w:t>
            </w:r>
          </w:p>
        </w:tc>
        <w:tc>
          <w:tcPr>
            <w:tcW w:type="dxa" w:w="7000"/>
          </w:tcPr>
          <w:p>
            <w:r>
              <w:t xml:space="preserve">fonction élémentaire/ table numérique/ </w:t>
            </w:r>
          </w:p>
        </w:tc>
      </w:tr>
    </w:tbl>
    <w:p>
      <w:pPr>
        <w:pStyle w:val="Heading3"/>
      </w:pPr>
      <w:r>
        <w:t>Résumé :</w:t>
      </w:r>
    </w:p>
    <w:p>
      <w:r>
        <w:t>Les tables présent quelques innovations destinées à les rendre encore plus maniables. C'est ainsi qu'on trouvera une table plus développée de logarithmes décinaux, que les tables de conversion des angles ont été rapprochées de celles des  lignes trigonométriques et que le nombre de décimales peut varier à l'interieur d'une meme colonne de la table.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