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Tous les exercices d'analyse MPSI, PCSI, 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Laamri, El Haj/ Gilles, Fremiot/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100 % concours(N°:None)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9782100507160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analyse/ </w:t>
            </w:r>
          </w:p>
        </w:tc>
      </w:tr>
    </w:tbl>
    <w:p>
      <w:pPr>
        <w:pStyle w:val="Heading3"/>
      </w:pPr>
      <w:r>
        <w:t>Résumé :</w:t>
      </w:r>
    </w:p>
    <w:p>
      <w:r>
        <w:t>Il couvre les notions suivantes du programme d'analyse :fonctions usuelles ,équations différentielles linéaires ,ensembles des nombres réels ,suites numériques ,fonctions réelles d'une variable réelles.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