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: au delà des travaux dirigiés.T1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couv.ill.en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espace topologique/ </w:t>
            </w:r>
          </w:p>
        </w:tc>
      </w:tr>
    </w:tbl>
    <w:p>
      <w:pPr>
        <w:pStyle w:val="Heading3"/>
      </w:pPr>
      <w:r>
        <w:t>Résumé :</w:t>
      </w:r>
    </w:p>
    <w:p>
      <w:r>
        <w:t>Les 249 eercices et résolus qui composent le présent tome ambitionnenent la présentation des cinq notions fondamentales habituellement rencontrées dans les espaces topologiques, en l'occurence: topologie usuelle de la droite réelle à titre d'illustration Definition et proprietés générales des espaces topologiques , continité, compacté et connexité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