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Ordinateur CDC 3600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Chantal, Prost/ Guiho, Gérard/ Vignes, Jean/ Gineste, Monique/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 et algorithmes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d'éxploitation/ langage  programmation/ périphériques de l'ordinateur/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étude approfondie de l’ordinateur CDC 3600, connu pour ses capacités avancées à l'époque. Voici un résumé de ses principaux thèmes :</w:t>
        <w:br/>
        <w:br/>
        <w:t>Présentation du CDC 3600 : Historique et développement de l’ordinateur CDC 3600, qui était innovant dans les années 1960.</w:t>
        <w:br/>
        <w:br/>
        <w:t>Architecture de la machine, caractéristiques techniques et ensembles d'instructions.</w:t>
        <w:br/>
        <w:br/>
        <w:t>Langage COMPASS : Description du langage COMPASS, conçu pour programmer le CDC 3600.</w:t>
        <w:br/>
        <w:br/>
        <w:t>Structure et syntaxe du langage, ainsi que ses particularités.</w:t>
        <w:br/>
        <w:br/>
        <w:t>Exemples d'applications pratiques et de programmes écrits en COMPASS.</w:t>
        <w:br/>
        <w:br/>
        <w:t>Considérations Systématiques : Réflexion sur l'utilisation du CDC 3600 dans différents contextes scientifiques et techniques.</w:t>
        <w:br/>
        <w:br/>
        <w:t>Evaluation des performances et des défis associés à la programmation dans COMPASS.</w:t>
        <w:br/>
        <w:br/>
        <w:t>Impact historique : Discussion sur l'impact du CDC 3600 sur le développement des technologies informatiques et des langages de programmation.</w:t>
        <w:br/>
        <w:br/>
        <w:t>Analyse de l'évolution des ordinateurs à partir de ce modèle.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