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conduite des projets d'évolution des systèmes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Gabay, Joseph/ Gébré, Berhanou/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Informatiques(N°:None)</w:t>
            </w:r>
          </w:p>
        </w:tc>
      </w:tr>
      <w:tr>
        <w:trPr>
          <w:trHeight w:val="567"/>
        </w:trPr>
        <w:tc>
          <w:tcPr>
            <w:tcW w:type="dxa" w:w="3000"/>
          </w:tcPr>
          <w:p>
            <w:r>
              <w:t>Notes Générales</w:t>
            </w:r>
          </w:p>
        </w:tc>
        <w:tc>
          <w:tcPr>
            <w:tcW w:type="dxa" w:w="7000"/>
          </w:tcPr>
          <w:p>
            <w:r>
              <w:t>Bibliogr. Index p.p.345-347</w:t>
            </w:r>
          </w:p>
        </w:tc>
      </w:tr>
      <w:tr>
        <w:trPr>
          <w:trHeight w:val="567"/>
        </w:trPr>
        <w:tc>
          <w:tcPr>
            <w:tcW w:type="dxa" w:w="3000"/>
          </w:tcPr>
          <w:p>
            <w:r>
              <w:t>Numéro d'Identification</w:t>
            </w:r>
          </w:p>
        </w:tc>
        <w:tc>
          <w:tcPr>
            <w:tcW w:type="dxa" w:w="7000"/>
          </w:tcPr>
          <w:p>
            <w:r>
              <w:t>2100048627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logiciel/ système d'information/ solution informatique/ </w:t>
            </w:r>
          </w:p>
        </w:tc>
      </w:tr>
    </w:tbl>
    <w:p>
      <w:pPr>
        <w:pStyle w:val="Heading3"/>
      </w:pPr>
      <w:r>
        <w:t>Résumé :</w:t>
      </w:r>
    </w:p>
    <w:p>
      <w:r>
        <w:t>Dans cet ouvrage, Joseph Gabay explore les enjeux et les méthodes liés à la gestion des projets d'évolution des systèmes d'information (SI) au sein des organisations. Il met en avant l'importance de l'alignement stratégique entre les SI et les objectifs globaux de l'entreprise. Gabay aborde les diverses étapes du cycle de vie d’un projet, de la conception à la mise en œuvre, en passant par l’analyse des besoins et la gestion des risques.</w:t>
        <w:br/>
        <w:br/>
        <w:t>Principaux points abordés :</w:t>
        <w:br/>
        <w:br/>
        <w:t>Contexte et enjeux : Gabay souligne l'impact croissant des technologies de l'information sur la performance des entreprises et la nécessité d'adapter les SI pour rester compétitif.</w:t>
        <w:br/>
        <w:br/>
        <w:t>Méthodologies de gestion : L'auteur présente différentes approches méthodologiques pour conduire des projets d'évolution, notamment les méthodes agiles et traditionnelles, tout en soulignant l'importance de la flexibilité.</w:t>
        <w:br/>
        <w:br/>
        <w:t>Gestion du changement : Il insiste sur la dimension humaine des projets, en mettant l'accent sur la gestion du changement et la nécessité d'impliquer les parties prenantes pour garantir l'acceptation des nouveaux systèmes.</w:t>
        <w:br/>
        <w:br/>
        <w:t>Evaluation et suivi : Gabay propose des outils pour évaluer la réussite des projets et s'assurer qu'ils répondent aux objectifs fixés, tout en permettant des ajustements en cours de route.</w:t>
        <w:br/>
        <w:br/>
        <w:t>Retour d'expérience : L'ouvrage contient des études de cas et des illustrations pratiques qui enrichissent la compréhension des concepts abordés et montrent leur application dans des contextes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