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projet décisionnel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Gouarné,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241-244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2212050127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des données/ système d'information opérationnel/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évoque les grands systèmes d'information d'aujourd'hui, conçus pour gérer et automatiser, semblent cependant peu enclins à informer. Le data warehouse, et plus globalement le Système d'Information Décisionnel (SID), est une réponse récente à ce problème ancien. Le data warehouse est devenu une réalité susceptible, à terme, de modifier les circuits de l'information, les mécanismes de la décision, et le rôle de l'informatique dans l'entreprise. Encore faut-il que les acteurs concernés se donnent les moyens d'identifier le but et de baliser le trajet. La création d'un SID ne se réduit ni à une concentration de données brutes, ni à un déploiement de nouvelles technologies.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