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les systèmes d'information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Groupe d'animation et de liaison pour l'analyse et la conception de systèmes d'information/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204018855X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d'information (SI)/ UML (Unified Modeling Language)/ gestion de données/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pédagogique qui vise à enseigner les concepts fondamentaux des systèmes d'information à travers des exercices pratiques et leurs solutions.</w:t>
        <w:br/>
        <w:br/>
        <w:t>Résumé des principaux points :</w:t>
        <w:br/>
        <w:br/>
        <w:t>Introduction aux systèmes d'information : Le livre commence par une présentation des systèmes d'information, leur rôle dans les entreprises, et l'importance de l'analyse et de la conception dans le développement de ces systèmes.</w:t>
        <w:br/>
        <w:br/>
        <w:t>Méthodologies d'analyse : Galacsi aborde différentes méthodologies d'analyse des systèmes, comme l'analyse fonctionnelle et l'analyse orientée objet, en expliquant les étapes clés de chaque méthode.</w:t>
        <w:br/>
        <w:br/>
        <w:t>Techniques de conception : L'ouvrage explore des techniques de conception, notamment la création de diagrammes (UML, diagrammes de flux, etc.) qui aident à visualiser et structurer les systèmes d'information.</w:t>
        <w:br/>
        <w:br/>
        <w:t>Exercices pratiques : Chaque chapitre propose des exercices variés qui mettent en pratique les concepts abordés. Ces exercices vont des études de cas à la modélisation de systèmes, permettant aux lecteurs de tester leur compréhension.</w:t>
        <w:br/>
        <w:br/>
        <w:t>Corrigés détaillés : Les solutions aux exercices sont fournies et expliquées en détail, offrant aux lecteurs la possibilité de comprendre les démarches de raisonnement et d’analyse ayant mené aux réponses.</w:t>
        <w:br/>
        <w:br/>
        <w:t>Evolutions des systèmes d'information : Galacsi discute également des évolutions des systèmes d'information au fil du temps, en soulignant l'impact des nouvelles technologies et des méthodes agiles.</w:t>
        <w:br/>
        <w:br/>
        <w:t>Applications pratiques : L'auteur s’intéresse à des applications pratiques des systèmes d'information dans divers secteurs d'activité, illustrant leur pertinence dans le monde professionnel.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