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d'AutoCAD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Gorce;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autocad (logiciel)/ dessin assisté par ordinateur (DAO)/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novices et utilisateurs intermédiaires d'AutoCAD, couvrant les fonctionnalités clés et les commandes essentielles du logiciel dans ses versions DOS et Windows.</w:t>
        <w:br/>
        <w:br/>
        <w:t>Résumé des principaux points :</w:t>
        <w:br/>
        <w:br/>
        <w:t>Introduction à AutoCAD : Le livre commence par une présentation d'AutoCAD, son historique et son importance dans le dessin assisté par ordinateur (DAO).</w:t>
        <w:br/>
        <w:br/>
        <w:t>Interface utilisateur : Gorce explique comment naviguer dans l'interface d'AutoCAD, avec des détails sur les barres d'outils, les menus et les options de configuration.</w:t>
        <w:br/>
        <w:br/>
        <w:t>Commandes fondamentales : Le cœur du livre se concentre sur les commandes de base d'AutoCAD, telles que le dessin (lignes, cercles, polygones), la modification (déplacer, copier, supprimer) et la gestion des objets.</w:t>
        <w:br/>
        <w:br/>
        <w:t>Techniques de dessin : Des conseils pratiques sont donnés sur les techniques de dessin, telles que le travail avec les calques, les styles de texte, et la mise en page des dessins pour l'impression.</w:t>
        <w:br/>
        <w:br/>
        <w:t>Fonctionnalités avancées : Gorce aborde également certaines fonctionnalités avancées, comme les blocs, les attributs, et les xrefs (références externes), ainsi que l'importation et l'exportation de fichiers.</w:t>
        <w:br/>
        <w:br/>
        <w:t>Exercices pratiques : Le livre comprend des exercices à réaliser pour renforcer l'apprentissage, permettant aux utilisateurs de mettre en pratique les compétences acquises.</w:t>
        <w:br/>
        <w:br/>
        <w:t>Conseils et astuces : Des conseils utiles pour optimiser l'utilisation du logiciel et éviter les erreurs courantes sont également partagés tout au long du livre.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