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10g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465-492</w:t>
            </w:r>
          </w:p>
        </w:tc>
      </w:tr>
      <w:tr>
        <w:trPr>
          <w:trHeight w:val="567"/>
        </w:trPr>
        <w:tc>
          <w:tcPr>
            <w:tcW w:type="dxa" w:w="3000"/>
          </w:tcPr>
          <w:p>
            <w:r>
              <w:t>Numéro d'Identification</w:t>
            </w:r>
          </w:p>
        </w:tc>
        <w:tc>
          <w:tcPr>
            <w:tcW w:type="dxa" w:w="7000"/>
          </w:tcPr>
          <w:p>
            <w:r>
              <w:t>2746026090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 SQL/ </w:t>
            </w:r>
          </w:p>
        </w:tc>
      </w:tr>
    </w:tbl>
    <w:p>
      <w:pPr>
        <w:pStyle w:val="Heading3"/>
      </w:pPr>
      <w:r>
        <w:t>Résumé :</w:t>
      </w:r>
    </w:p>
    <w:p>
      <w:r>
        <w:t>Cet ouvrage aborde de manière progressive les fondamentaux du langage SQL ainsi que ses spécificités dans l’environnement Oracle 10g. Il explique comment créer, interroger et manipuler des bases de données en utilisant SQL, puis introduit PL/SQL, le langage procédural d’Oracle, qui permet d’ajouter des structures de contrôle et de développer des procédures stockées et des déclencheurs (triggers) .L’ouvrage détaille également SQL*Plus, l’outil en ligne de commande d’Oracle permettant d’exécuter des requêtes SQL et des scripts PL/SQL. Il contient de nombreux exemples pratiques et exercices corrigés pour aider à assimiler les concepts et les mettre en application dans un contexte réel.Ce livre est un excellent support pour les étudiants, développeurs et administrateurs de bases de données souhaitant acquérir une maîtrise approfondie du SQL et PL/SQL sous Oracle 10g.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