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à événements discrets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Gérard/ Tanguy, Alain/ Lacomme, 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Numéro d'Identification</w:t>
            </w:r>
          </w:p>
        </w:tc>
        <w:tc>
          <w:tcPr>
            <w:tcW w:type="dxa" w:w="7000"/>
          </w:tcPr>
          <w:p>
            <w:r>
              <w:t>9782212119244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logiciel/ simulation par ordinateur/ </w:t>
            </w:r>
          </w:p>
        </w:tc>
      </w:tr>
    </w:tbl>
    <w:p>
      <w:pPr>
        <w:pStyle w:val="Heading3"/>
      </w:pPr>
      <w:r>
        <w:t>Résumé :</w:t>
      </w:r>
    </w:p>
    <w:p>
      <w:r>
        <w:t>Cet ouvrage  présente les principes fondamentaux de la simulation à événements discrets (SED), une approche permettant de modéliser des systèmes dans lesquels les changements d’état se produisent à des instants spécifiques, en réponse à des événements.L’ouvrage couvre plusieurs aspects essentiels:oncepts de base : définition des événements, du temps simulé et des files d’attente,echniques de simulation : structures de données et algorithmes pour gérer les événements et l’évolution du système,Méthodologie et mise en œuvre : comment construire un modèle de simulation et le valider,Applications pratiques : études de cas dans divers domaines (transport, télécommunications, production),Outils et langages de simulation : introduction aux logiciels et langages couramment utilisés pour implémenter des modèles de simulation.L’auteur met aussi l’accent sur les défis liés à l’optimisation et l’analyse des résultats, en insistant sur la nécessité d’une bonne modélisation pour obtenir des simulations fiables et exploitables.Cet ouvrage est particulièrement utile pour ceux qui souhaitent acquérir une compréhension approfondie de la simulation à événements discrets et apprendre à l’appliquer efficacement à des problèmes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