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et dépannage d'un PC en réseau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Gaumé, Sylvain/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457-481</w:t>
            </w:r>
          </w:p>
        </w:tc>
      </w:tr>
      <w:tr>
        <w:trPr>
          <w:trHeight w:val="567"/>
        </w:trPr>
        <w:tc>
          <w:tcPr>
            <w:tcW w:type="dxa" w:w="3000"/>
          </w:tcPr>
          <w:p>
            <w:r>
              <w:t>Numéro d'Identification</w:t>
            </w:r>
          </w:p>
        </w:tc>
        <w:tc>
          <w:tcPr>
            <w:tcW w:type="dxa" w:w="7000"/>
          </w:tcPr>
          <w:p>
            <w:r>
              <w:t>9782746078567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dépannage PC/ </w:t>
            </w:r>
          </w:p>
        </w:tc>
      </w:tr>
    </w:tbl>
    <w:p>
      <w:pPr>
        <w:pStyle w:val="Heading3"/>
      </w:pPr>
      <w:r>
        <w:t>Résumé :</w:t>
      </w:r>
    </w:p>
    <w:p>
      <w:r>
        <w:t>Cet ouvrage aborde en détail les différentes étapes de maintenance et de dépannage des PC en réseau, en mettant l’accent sur la prévention des pannes, l’identification des dysfonctionnements et la résolution des problèmes courants,L’auteur traite plusieurs aspects essentiels,Les bases du matériel et des systèmes d’exploitation:Composants d’un PC et leur fonctionnement, Installation et configuration des systèmes d’exploitation (Windows, Linux, etc.),Gestion des pilotes et mises à jour,Maintenance préventive et optimisation:Nettoyage matériel et logiciel,Gestion des performances (optimisation des ressources système),Sécurisation des données et des accès.L’ouvrage est une ressource précieuse pour ceux qui souhaitent approfondir leurs connaissances en maintenance et dépannage informatique, notamment dans un environnement réseau. Il propose une approche pédagogique et illustrée, avec des exemples concrets et des conseils pratiques pour intervenir efficacement sur un PC en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