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Lipschutz, Seymour/ Abouhazim; Abdellatif/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p.p.449-453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classique qui couvre les principes fondamentaux de l'algèbre linéaire. Il est conçu pour aider les étudiants à comprendre les concepts théoriques tout en les préparant à résoudre des problèmes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