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structurale et chimique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Eberhart,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597-603.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2100033670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microscopie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Traite de l'utilisation de rayonnements particulièrement adaptés pour déterminer la structure et la composition des matériaux : rayons X, électrons, neutrons thermiques et 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