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 l'eau, eau naturelles eaux résiduaires 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Rodier, Jean/ Bazin; C/ Broutin; J.-P/ Chambon; P/ Champsaur; H/ </w:t>
            </w:r>
          </w:p>
        </w:tc>
      </w:tr>
      <w:tr>
        <w:trPr>
          <w:trHeight w:val="567"/>
        </w:trPr>
        <w:tc>
          <w:tcPr>
            <w:tcW w:type="dxa" w:w="3000"/>
          </w:tcPr>
          <w:p>
            <w:r>
              <w:t>Edition</w:t>
            </w:r>
          </w:p>
        </w:tc>
        <w:tc>
          <w:tcPr>
            <w:tcW w:type="dxa" w:w="7000"/>
          </w:tcPr>
          <w:p>
            <w:r>
              <w:t>8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XLVIII-1383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1359-1364. Index</w:t>
            </w:r>
          </w:p>
        </w:tc>
      </w:tr>
      <w:tr>
        <w:trPr>
          <w:trHeight w:val="567"/>
        </w:trPr>
        <w:tc>
          <w:tcPr>
            <w:tcW w:type="dxa" w:w="3000"/>
          </w:tcPr>
          <w:p>
            <w:r>
              <w:t>Numéro d'Identification</w:t>
            </w:r>
          </w:p>
        </w:tc>
        <w:tc>
          <w:tcPr>
            <w:tcW w:type="dxa" w:w="7000"/>
          </w:tcPr>
          <w:p>
            <w:r>
              <w:t>2100024167</w:t>
            </w:r>
          </w:p>
        </w:tc>
      </w:tr>
      <w:tr>
        <w:trPr>
          <w:trHeight w:val="567"/>
        </w:trPr>
        <w:tc>
          <w:tcPr>
            <w:tcW w:type="dxa" w:w="3000"/>
          </w:tcPr>
          <w:p>
            <w:r>
              <w:t>Sujet(s)</w:t>
            </w:r>
          </w:p>
        </w:tc>
        <w:tc>
          <w:tcPr>
            <w:tcW w:type="dxa" w:w="7000"/>
          </w:tcPr>
          <w:p>
            <w:r>
              <w:t xml:space="preserve">eau de mer/ eau  analyse/ eaux usées épurée/ </w:t>
            </w:r>
          </w:p>
        </w:tc>
      </w:tr>
    </w:tbl>
    <w:p>
      <w:pPr>
        <w:pStyle w:val="Heading3"/>
      </w:pPr>
      <w:r>
        <w:t>Résumé :</w:t>
      </w:r>
    </w:p>
    <w:p>
      <w:r>
        <w:t>Le livre "L'analyse de l'eau" de Jean Rodier est une référence incontournable dans le domaine de l'analyse des différentes types d'eau, qu'il s'agisse des eaux naturelles, des eaux résiduaires ou de l'eau de mer. Il aborde de manière exhaustive les méthodes d'analyse chimique et physico-chimique, ainsi que les aspects microbiologiques et biologiques liés à la qualité de l'eau.Rodier présente les techniques d'échantillonnage et les protocoles d'analyse, tout en expliquant comment interpréter les résultats obtenus. L'ouvrage met également en lumière l'importance de la qualité de l'eau pour la santé humaine et l'environnement, en soulignant les enjeux liés à la pollution et à la gestion des ressources en eau. En somme, ce livre est un guide pratique et scientifique qui s'adresse aux professionnels du secteur, aux étudiants et à toute personne intéressée par la compréhension des enjeux liés à l'eau et à son 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