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Quelques méthodes de résolution des problèmes aux limites non 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Lions, Jacques-Louis/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cours de référence(N°:None)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2100068474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quantique/ mathématiques/ dérivée mathématique/ physique de la matière/ équation non linéaire/ estimation/ </w:t>
            </w:r>
          </w:p>
        </w:tc>
      </w:tr>
    </w:tbl>
    <w:p>
      <w:pPr>
        <w:pStyle w:val="Heading3"/>
      </w:pPr>
      <w:r>
        <w:t>Résumé :</w:t>
      </w:r>
    </w:p>
    <w:p>
      <w:r>
        <w:t>Développe plusieurs méthodes de résolution de problèmes aux limites pour des équations aux dérivées partielles non linéaires. La démarche est la suivante : le choix du cadre fonctionnel, le choix de la méthode d'approximation, l'obtention d'estimations à priori et le passage de la limite.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