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numérique matricielle appliquée à l'art de l'ingénieur.T2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Lascaux; Patrick/ Théodor; Raymond/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9782100484294</w:t>
            </w:r>
          </w:p>
        </w:tc>
      </w:tr>
      <w:tr>
        <w:trPr>
          <w:trHeight w:val="567"/>
        </w:trPr>
        <w:tc>
          <w:tcPr>
            <w:tcW w:type="dxa" w:w="3000"/>
          </w:tcPr>
          <w:p>
            <w:r>
              <w:t>Sujet(s)</w:t>
            </w:r>
          </w:p>
        </w:tc>
        <w:tc>
          <w:tcPr>
            <w:tcW w:type="dxa" w:w="7000"/>
          </w:tcPr>
          <w:p>
            <w:r>
              <w:t xml:space="preserve">algébre/ algorithme/ </w:t>
            </w:r>
          </w:p>
        </w:tc>
      </w:tr>
    </w:tbl>
    <w:p>
      <w:pPr>
        <w:pStyle w:val="Heading3"/>
      </w:pPr>
      <w:r>
        <w:t>Résumé :</w:t>
      </w:r>
    </w:p>
    <w:p>
      <w:r>
        <w:t>Description des méthodes mathématiques et des algorithmes les plus utilisés pour la modélisation de problèmes de mécanique, de physique, d'électrotechnique... Démonstration des théorèmes de convergence et évaluation de la précision et de la rapidité des algorithmes afin d'offrir à l'ingénieur des critères de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