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Lecoutre, Jean-Pierre/ Pilibossian,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2100037943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l'auxiliaire de l'étudiant pour les travaux dirigés d'analyse en sciences économiques: un résumé de cours et des exercices progressifs avec des solutions ;des annales corrigées.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