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L1/ L2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Bertrand; Frédéric/ Bertrand, Myriam - Maumy/ 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9782100523450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mathématique/ probabilité/ </w:t>
            </w:r>
          </w:p>
        </w:tc>
      </w:tr>
    </w:tbl>
    <w:p>
      <w:pPr>
        <w:pStyle w:val="Heading3"/>
      </w:pPr>
      <w:r>
        <w:t>Résumé :</w:t>
      </w:r>
    </w:p>
    <w:p>
      <w:r>
        <w:t>Des fiches couvrant l'ensemble des notions de probabilités et de statistique utiles à l'étudiant en L1-L2 mentions mathématiques, physique ou informatique. chaque fiche comprend un rappel de cours suivi d'un ou plusieurs exercices dont la résolution détaillée est appuyée par des conseils méthodologiques.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