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Mathematiques pour les sciences physiques.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Fredon, Daniel/ Bridier, Michel/ Ezquerra, Jésus/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2100039407- 2100494805</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science humaine/ scientifique et technique/ </w:t>
            </w:r>
          </w:p>
        </w:tc>
      </w:tr>
    </w:tbl>
    <w:p>
      <w:pPr>
        <w:pStyle w:val="Heading3"/>
      </w:pPr>
      <w:r>
        <w:t>Résumé :</w:t>
      </w:r>
    </w:p>
    <w:p>
      <w:r>
        <w:t>Le tome 1 de Mathématiques pour les sciences physiques introduit les outils mathématiques essentiels pour comprendre et résoudre les équations et les problèmes rencontrés dans les sciences physiques. ce volume se concentre principalement sur l'analyse, la géométrie et l'algèbre, en mettant un accent particulier sur la rigueur mathématique et son application aux phénomènes physiques. Il aborde des sujets comme les fonctions, les séries, les équations différentielles, les transformations et les intégrales, qui sont des instruments essentiels dans les domaines comme la mécanique, l'électromagnétisme, la thermodynamique, et la physique quantique.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