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MP en fiches, maths, physique,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Margail, Sandrine/ Fredon, Daniel/ Magloire,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chimie/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"Tout-en-fiches" J'intègre proposent les résumés du cours de classes préparatoires scientifiques nécessaires pour aller à l'essentiel et réviser en un clin d'oeil.</w:t>
        <w:br/>
        <w:br/>
        <w:br/>
        <w:br/>
        <w:t>Entièrement conforme à la réforme des programmes 2014, Toute la MP en fiches sera le compagnon indispensable pour réviser vos DS ou vos khôlles.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