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Booster son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Grimes, Galen/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p.p.319-328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 (ordinateur)/ cartes d'extension (microordinateurs)/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révèle les méthodes pour gérer et entretenir votre PC afin d'en optimiser les performances. Il vous livre toutes les techniques d'initiés pour remplacer ou mettre à niveau les différents composants de votre système. Vous apprendrez notamment à booster la mémoire ou le processeur, à changer la carte mère ou le disque duc, à ajouter un lecteur de CD-ROM ou un modem, à installer une imprimante, à utiliser un scanner ou un appareil photo numérique. Il ne reste plus qu'à vous souhaiter bon travail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