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Introduction to topology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Borisovich; YU./ Bliznyakov; N./ Izrailevich; YA./ Formenko; T./ Efimov, Oleg/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Mir Publishres/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316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22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topology/ </w:t>
            </w:r>
          </w:p>
        </w:tc>
      </w:tr>
    </w:tbl>
    <w:p>
      <w:pPr>
        <w:pStyle w:val="Heading3"/>
      </w:pPr>
      <w:r>
        <w:t>Résumé :</w:t>
      </w:r>
    </w:p>
    <w:p>
      <w:r>
        <w:t>C'est une ressource essentielle pour ceux qui débutent en topologie et cherchent à comprendre ses bases théoriques et pratiques.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