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d'algèbre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Demazure, Michel/ </w:t>
            </w:r>
          </w:p>
        </w:tc>
      </w:tr>
      <w:tr>
        <w:trPr>
          <w:trHeight w:val="567"/>
        </w:trPr>
        <w:tc>
          <w:tcPr>
            <w:tcW w:type="dxa" w:w="3000"/>
          </w:tcPr>
          <w:p>
            <w:r>
              <w:t>Adresse bib.</w:t>
            </w:r>
          </w:p>
        </w:tc>
        <w:tc>
          <w:tcPr>
            <w:tcW w:type="dxa" w:w="7000"/>
          </w:tcPr>
          <w:p>
            <w:r>
              <w:t xml:space="preserve">Cassini/ </w:t>
            </w:r>
          </w:p>
        </w:tc>
      </w:tr>
      <w:tr>
        <w:trPr>
          <w:trHeight w:val="567"/>
        </w:trPr>
        <w:tc>
          <w:tcPr>
            <w:tcW w:type="dxa" w:w="3000"/>
          </w:tcPr>
          <w:p>
            <w:r>
              <w:t>Nombre de Pages</w:t>
            </w:r>
          </w:p>
        </w:tc>
        <w:tc>
          <w:tcPr>
            <w:tcW w:type="dxa" w:w="7000"/>
          </w:tcPr>
          <w:p>
            <w:r>
              <w:t>339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Nouvelle bibliothèque mathématique(N°:None)</w:t>
            </w:r>
          </w:p>
        </w:tc>
      </w:tr>
      <w:tr>
        <w:trPr>
          <w:trHeight w:val="567"/>
        </w:trPr>
        <w:tc>
          <w:tcPr>
            <w:tcW w:type="dxa" w:w="3000"/>
          </w:tcPr>
          <w:p>
            <w:r>
              <w:t>Numéro d'Identification</w:t>
            </w:r>
          </w:p>
        </w:tc>
        <w:tc>
          <w:tcPr>
            <w:tcW w:type="dxa" w:w="7000"/>
          </w:tcPr>
          <w:p>
            <w:r>
              <w:t>9782842251277</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algébre/ arithmétique/ </w:t>
            </w:r>
          </w:p>
        </w:tc>
      </w:tr>
    </w:tbl>
    <w:p>
      <w:pPr>
        <w:pStyle w:val="Heading3"/>
      </w:pPr>
      <w:r>
        <w:t>Résumé :</w:t>
      </w:r>
    </w:p>
    <w:p>
      <w:r>
        <w:t>Algèbre et arithmétique d'un point de vue algorithmique, et application aux codes correcteurs d'erreurs. Les élèves des classes préparatoires scientifiques et leurs professeurs trouveront un traitement rigoureux et concret de plusieurs sujets au programme et de nombreux thèmes d'exercices.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