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Mémo formulaire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Hazard Christophe/ Déplanche,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Nouvelle éd. mise à jour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Casteilla/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x 14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9782206101019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formulaire/ calcul/ scientifique/ Mémo/ </w:t>
            </w:r>
          </w:p>
        </w:tc>
      </w:tr>
    </w:tbl>
    <w:p>
      <w:pPr>
        <w:pStyle w:val="Heading3"/>
      </w:pPr>
      <w:r>
        <w:t>Résumé :</w:t>
      </w:r>
    </w:p>
    <w:p>
      <w:r>
        <w:t>Mémo de formulaires de calcul en mathématiques, physique, électricité, électronique, chimie, biologie et technologie. Destiné aux étudiants préparant un BTS ou un DUT.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