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Premiers pas en simulation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Melfi, Giuseppe/ Dodge, Yadolah/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16 cm</w:t>
            </w:r>
          </w:p>
        </w:tc>
      </w:tr>
      <w:tr>
        <w:trPr>
          <w:trHeight w:val="567"/>
        </w:trPr>
        <w:tc>
          <w:tcPr>
            <w:tcW w:type="dxa" w:w="3000"/>
          </w:tcPr>
          <w:p>
            <w:r>
              <w:t>Collection</w:t>
            </w:r>
          </w:p>
        </w:tc>
        <w:tc>
          <w:tcPr>
            <w:tcW w:type="dxa" w:w="7000"/>
          </w:tcPr>
          <w:p>
            <w:r>
              <w:t>Statistique et probabilités appliquées(N°:None)</w:t>
            </w:r>
          </w:p>
        </w:tc>
      </w:tr>
      <w:tr>
        <w:trPr>
          <w:trHeight w:val="567"/>
        </w:trPr>
        <w:tc>
          <w:tcPr>
            <w:tcW w:type="dxa" w:w="3000"/>
          </w:tcPr>
          <w:p>
            <w:r>
              <w:t>Numéro d'Identification</w:t>
            </w:r>
          </w:p>
        </w:tc>
        <w:tc>
          <w:tcPr>
            <w:tcW w:type="dxa" w:w="7000"/>
          </w:tcPr>
          <w:p>
            <w:r>
              <w:t>9782287794933</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arithmétique/ statistique (mathématique)/ analyse de régression/ enseignement supérieur/ </w:t>
            </w:r>
          </w:p>
        </w:tc>
      </w:tr>
    </w:tbl>
    <w:p>
      <w:pPr>
        <w:pStyle w:val="Heading3"/>
      </w:pPr>
      <w:r>
        <w:t>Résumé :</w:t>
      </w:r>
    </w:p>
    <w:p>
      <w:r>
        <w:t>Cette introduction aux techniques de simulation détaille les concepts fondamentaux de la démarche de simulation et de la théorie des probabilités, par la description des méthodes utilisées dans la pratique pour générer des nombres aléatoires. Ce manuel s'adresse aux étudiants en sciences économiques et sociales, ainsi qu'aux chercheurs.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