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l'ingénieur.T2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Dennaï, Mohammed/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9782705669331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 algébre/ ingénieur/ arithmétique/ logique (mathématique)/ </w:t>
            </w:r>
          </w:p>
        </w:tc>
      </w:tr>
    </w:tbl>
    <w:p>
      <w:pPr>
        <w:pStyle w:val="Heading3"/>
      </w:pPr>
      <w:r>
        <w:t>Résumé :</w:t>
      </w:r>
    </w:p>
    <w:p>
      <w:r>
        <w:t>Une présentation des outils mathématiques nécessaires à l'ingénieur, des notions élémentaires aux thèmes les plus pointus. Ce volume aborde l'algèbre, les fonctions de plusieurs variables, la géométrie, les équations différentielles, l'analyse numérique et les courbes remarquables. Il propose des exercices couvrant les divers domaines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