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l'ingénieur.T3, analyse fonctionnelle, probabilité et statistique.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Dennaï,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305-307.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978270566758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fonctionnelle/ théorie de probabilité/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outils mathématiques utiles à l'étudiant ingénieur. Les applications proposées abordent l'analyse fonctionnelle, la probabilité et la statistique complétées par des tables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