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Dolecki, Szymon/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177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16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9782705680824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(mathématique)/ </w:t>
            </w:r>
          </w:p>
        </w:tc>
      </w:tr>
    </w:tbl>
    <w:p>
      <w:pPr>
        <w:pStyle w:val="Heading3"/>
      </w:pPr>
      <w:r>
        <w:t>Résumé :</w:t>
      </w:r>
    </w:p>
    <w:p>
      <w:r>
        <w:t>Présentation de la théorie des ensembles et de ses concepts de relation et de cardinalité, puis des classes principales des espaces métriques (espaces séparables, compacts, complets et connexes), enfin des espaces vectoriels.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