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Membrane preparation, fouling emerging processes.V6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Aimar, Pierre/ Aptel, P/ Euromembrane conference/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procédés(N°:22)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of membrane/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technique approfondi, publié en décembre 1993 par Lavoisier-Tec &amp; Doc. Il s'inscrit dans la collection Récents progrès en génie des procédés et s'adresse principalement aux chercheurs, ingénieurs et étudiants spécialisés en génie des procédés, chimie, environnement et traitement des 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