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Fabre, Paul-Louis/ Reynes, Olivier/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:chimie(N°:None)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9782729883508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électrochimie/ potentiel chimique/ </w:t>
            </w:r>
          </w:p>
        </w:tc>
      </w:tr>
    </w:tbl>
    <w:p>
      <w:pPr>
        <w:pStyle w:val="Heading3"/>
      </w:pPr>
      <w:r>
        <w:t>Résumé :</w:t>
      </w:r>
    </w:p>
    <w:p>
      <w:r>
        <w:t>L’électrochimie fait partie de notre quotidien, en intervenant dans la fabrication et le fonctionnement d’objets courants les plus divers. Multidisciplinaire puisqu’elle conjugue cinétique, oxydo-réduction et thermochimie, son apparente complexité effraie souvent l’étudiant lorsqu’il ne trouve que des ouvrages peu accessibles.</w:t>
        <w:br/>
        <w:br/>
        <w:t>Cet ouvrage est donc un manuel de base pour faire découvrir cette science au travers d’exemples concrets, en simplifiant les théories qui seraient nécessaires pour l’approfondissement de cette matière. Il traite successivement, de façon très abordable, les notions de potentiel d’électrode, de chaine électrochimique, de conduction des électrolytes, de réactions électrochimiques, d’analyse électrochimique et leurs principales applications. Pour faciliter l’assimilation de ces notions de base il propose en complément plus de 100 exercices avec leur solution complète et des courbes expérimentales.</w:t>
        <w:br/>
        <w:br/>
        <w:t>Le livre est ainsi un outil de travail efficace pour des étudiants de niveau L, de DUT et de BTS. Il trouve des applications dans tous les domaines des sciences de la matière, de la vie et de la terre, ainsi qu’en génie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